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תרגילים ושוויונות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בפעולה ההפוכה (חיבור↔חיסור, כפל↔חילוק) למציאת מספר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שמירה על שוויון בין שני צדדים של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אסטרטגיה של 'מה השתנה ובכמה' כדי לחסוך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לחסר 300 מ-900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לחלק 70 ב-7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הפעולה ההפוכה לחיבור היא 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הצדדים חייבים לתת אותה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תרגיל לפעולה שעוזרת לפתור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(חילוק)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(חייבים לתת אותה 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הפתרון של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מה השתנה בצד הימני (המחסר קטן ב-20)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שגם בצד השני צריך להשתנות באותו כיוון ובאותו 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אם יודעים כמה צד אחד השתנה, אפשר לשנות את הצד השני באותו גודל ובאותו כיוון, בלי לחשב את כל התרגיל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חיסור הפוכה לחיבור, חילוק הפוכה לכפל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הצדדים חייבים לתת אותה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שינוי במספר אחד בצד אחד מחייב שינוי זהה בצד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הדוגמה הפתורה על הלוח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הצבה ובדיקה אחרי כל תרגיל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תרגילים ושוויונות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איך מוצאים מספר חסר בתרגיל, ואיך שומרים על שוויון בין שני צדדים של משוואה, בעזרת הפעולה ההפוכה.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פעולה הפוכה לחיבור?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בשוויון ☐ + 300 = 900, מה השלב הראשון למציאת 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לחסר 300 מ-900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לחבר 300 ל-900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לכפול ב-300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בתרגיל ☐ × 7 = 70, איזו פעולה תעזור למצוא את 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לחלק 70 ב-7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לכפול 70 ב-7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לחסר 7 מ-70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למצוא מספר חסר בחיבור, משתמשים בחיסור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בשוויון בין שני תרגילים, מספיק שרק צד אחד יהיה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תרגיל לפעולה שעוזרת לפתור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☐ + 5 = 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חייבים לתת אותה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☐ − 8 =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חילוק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☐ × 3 = 21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שני צדדים בשוויון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חיסור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הפתרון של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שגם בצד השני צריך להשתנות באותו כיוון ובאותו גודל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מה השתנה בצד הימני (המחסר קטן ב-20)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אפשר לחשוב 'מה השתנה ובכמה' במקום לחשב את שני הצדדים במלואם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הפעולה ההפוכה לחיבור ולכפל?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להתקיים בין שני צדדים של שוויון?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תרגילים ושוויונות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