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תרגילים ושוויונות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בפעולה ההפוכה (חיבור↔חיסור, כפל↔חילוק) למציאת מספר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שמירה על שוויון בין שני צדדים של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אסטרטגיה של 'מה השתנה ובכמה' כדי לחסוך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לחסר 300 מ-900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לחלק 70 ב-7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גם קטן ב-30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245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הפעולה ההפוכה לחיבור היא 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שני הצדדים חייבים לתת אותה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הצדדים צריכים להשתנות באותו כיוון ובאותו גודל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הפעולה ההפוכה לכפל היא חילוק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תרגיל לפעולה שעוזרת לפתור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(חיסור)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(חילוק)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(חייבים לתת אותה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(חילוק)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הפתרון של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מה השתנה בצד הימני (המחסר קטן ב-20)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קובעים שגם בצד השני צריך להשתנות באותו כיוון ובאותו גודל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מחשבים את הערך החדש: 6,400 − 20 = 6,380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מציבים ובודקים ששני הצדדים שווים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אם יודעים כמה צד אחד השתנה, אפשר לשנות את הצד השני באותו גודל ובאותו כיוון, בלי לחשב את כל התרגיל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חיסור הפוכה לחיבור, חילוק הפוכה לכפל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הצדדים חייבים לתת אותה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שבה שינוי במספר אחד בצד אחד מחייב שינוי זהה בצד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הדוגמה הפתורה על הלוח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הצבה ובדיקה אחרי כל תרגיל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תרגילים ושוויונות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למצוא מספר חסר בתרגיל חשבון, ולדאוג ששני הצדדים של התרגיל שווים.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חסר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שצריך למצוא בתרגיל, מסומן בריבוע 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פעולה הפוכה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שמבטלת פעולה אחרת, למשל חיסור הפוכה לחיבור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שני צדדים של תרגיל נותנים אותה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הגדול בתרגיל חיסור, ממנו מחסרים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שמחסרים ממנו (מחוסר) - המספר הקטן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של תרגיל חיסור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של תרגיל כפל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צד ימין/שמאל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משני חלקי השוויון, משני עברי סימן השוויון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פעולה מבטלת חיבור?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מוצאים את ☐ בתרגיל חיבור?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לחסר 300 מ-900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לחבר 300 ל-900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לכפול ב-300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לחלק ב-300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מוצאים מספר חסר בכפל?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לחלק 70 ב-7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לכפול 70 ב-7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לחסר 7 מ-70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לחבר 7 ל-70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מספר אחד בתרגיל חיסור קטן, מה צריך לקרות למספר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גם קטן ב-30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ב-30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מוכפל ב-30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המספר החסר בתרגיל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0.1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למצוא מספר חסר בחיבור, משתמשים בחיסור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בשוויון בין שני תרגילים, מספיק שרק צד אחד יהיה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המחסר קטן ב-10, כדי לשמור על אותו הפרש המחוסר צריך לקטון ב-10 גם 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למצוא מספר חסר בכפל, משתמשים בחיבור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תרגיל לפעולה שעוזרת לפתור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☐ + 5 = 12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חייבים לתת אותה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☐ − 8 =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חיסור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☐ × 3 = 21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שני צדדים בשוויון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חילוק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☐ × 4 = 20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חילוק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הפתרון של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מציבים ובודקים ששני הצדדים שווים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את הערך החדש: 6,400 − 20 = 6,380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שגם בצד השני צריך להשתנות באותו כיוון ובאותו גודל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מה השתנה בצד הימני (המחסר קטן ב-20)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אפשר לחשוב 'מה השתנה ובכמה' במקום לחשב את שני הצדדים במלואם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הפעולה ההפוכה לחיבור ולכפל?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להתקיים בין שני צדדים של שוויון?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לשימוש באסטרטגיית 'מה השתנה ובכמה'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השלמת תרגילים ושוויונות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